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f08a24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1: החיים בעולם משתנה · חוברת קטנה</w:t>
      </w:r>
    </w:p>
    <w:p>
      <w:pPr>
        <w:pStyle w:val="Title"/>
        <w:bidi w:val="1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אפקט הדומינו ונופים משתנים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אפקט דומינו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משבר כלכלי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מדבור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רעיית יתר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סחיפת קרקע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דיונות חול שאיש לא בנה בהן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סוללת סלעים בכניסה לנמל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גלים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חוף שהלך ונעשה צר בגלל בנייה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החוף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זה אפקט דומינו?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שינוי אחד שגורם לשרשרת של שינויים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כמו אבני דומינו, שינוי אחד מפיל את הבא.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איפה התחיל המשבר הכלכלי של 2008?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בבנקים בארצות הברית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המשבר התחיל בבנקים בארצות הברית והתפשט לעולם.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קורה במדבור?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אזור ירוק הופך לדומה למדבר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במדבור הצמחים והאדמה הטובה נעלמים.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זה רעיית יתר?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יותר מדי בהמות אוכלות את כל הצמחים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העדר אוכל מהר יותר ממה שהצמחים גדלים.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מגן על נמל מפני גלים?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שובר גלים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גלים הוא קיר אבנים בים שמחליש גלים.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משבר במדינה אחת יכול לפגוע גם במדינות אחרות.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זה אפקט הדומינו.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קו החוף אף פעם לא זז.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החוף זז בגלל גלים, זרמים ובנייה.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כשאין צמחים, הרוח יכולה לקחת את האדמה.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שורשי הצמחים מחזיקים את האדמה במקום.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מדבור קורה רק בגלל האדם, אף פעם לא בגלל הטבע.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מדבור קורה בגלל בצורת וגם בגלל פעולות האדם.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ציירו או כתבו שרשרת דומינו של שלוש אבנים: מה קרה קודם, ומה קרה אחר כך?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קודם הבנק הפסיד כסף ← ואז עסקים לא קיבלו הלוואות ← ובסוף אנשים איבדו את העבודה.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איך אפשר לעזור לאדמה לא להפוך למדבר?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אפשר לעזור אם נשתול עצים, נרעה פחות בהמות באותו מקום ונחסוך במים.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אפקט דומינו הוא... · דבר אחד שגורם למדבור: ... · שאלה שיש לי על החוף: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אפקט דומינו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משבר כלכלי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מדבור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רעיית יתר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סחיפת קרקע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קו החוף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דיונות חול שאיש לא בנה בהן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סוללת סלעים בכניסה לנמל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גלים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חוף שהלך ונעשה צר בגלל בנייה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החוף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סופת אבק שמעיפה אדמה משדה חשוף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סחיפת קרקע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המשבר של 2008 פגע גם בבנקים מחוץ לארצות הברית?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הם השקיעו באותן הלוואות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הקשרים הכלכליים העבירו את ההפסד ממדינה למדינה.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איזה צירוף גורמים מוביל למדבור בסאהל?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בצורת, רעיית יתר וכריתת עצים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גורמים טבעיים ואנושיים יחד מפשיטים את הקרקע.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קורה לחוף כשבונים שובר גלים?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בצד אחד החול מצטבר ובצד השני החוף נסחף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הגלים חוסם את תנועת החול לאורך החוף.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ההבדל בין נוף טבעי לנוף אנושי?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נוף טבעי נוצר בידי הטבע, ונוף אנושי בידי האדם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השאלה היא מי יצר את הנוף: הטבע או האדם.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תפקיד הצמחים במניעת סחיפת קרקע?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שורשיהם מחזיקים את הקרקע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השורשים קושרים את הקרקע ומגינים עליה מרוח וממים.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אפקט דומינו קורה רק בכלכלה.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אפקט דומינו קורה גם בסביבה, בבריאות ובחברה.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בעולם המשתנה הנוף הטבעי הולך ומתמעט.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ערים, כבישים ושדות תופסים שטחים טבעיים.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מדבור קורה באמצע המדבר הגדול.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מדבור קורה באזורים יבשים למחצה, בשולי המדבר.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כשאנשים מאבדים עבודה, גם חנויות עלולות להיפגע.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לאנשים יש פחות כסף לקניות, וזו עוד אבן דומינו.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בנו שרשרת דומינו של ארבע חוליות למשבר של 2008.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הלוואות לאנשים שלא יכלו להחזיר ← בנקים בארצות הברית מפסידים וקורסים ← בנקים במדינות אחרות שהשקיעו מפסידים ← עסקים מצמצמים ואנשים מפוטרים.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השוו בין מדבור לבין שינוי קו החוף: מה דומה ומה שונה?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דומה: בשני התהליכים הטבע והאדם משנים יחד את הנוף והקרקע או החול זזים. שונה: מדבור קורה ביבשה יבשה בגלל צמחים שנעלמים, ושינוי החוף קורה בים בגלל גלים ובנייה.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מועצה רוצה לבנות שכונה בשטח פתוח. כתבו טענה אחת בעד ואחת נגד.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בעד: משפחות צעירות צריכות דירות ומקום מגורים קרוב לעבודה. נגד: השטח הפתוח הוא בית לבעלי חיים ומקום טיול, ואם ייבנה – לא יחזור.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אבן הדומינו הראשונה במשבר 2008 הייתה... · שני גורמים למדבור: ... · מה הייתי מחליט על בנייה בשטח פתוח, ולמה?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אפקט דומינו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משבר כלכלי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מדבור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רעיית יתר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סחיפת קרקע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קו החוף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שובר גלים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נוף טבעי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דיונות חול שאיש לא בנה בהן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טבעי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סוללת סלעים בכניסה לנמל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שובר גלים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חוף שהלך ונעשה צר בגלל בנייה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החוף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סופת אבק שמעיפה אדמה משדה חשוף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סחיפת קרקע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הפך את משבר 2008 למשבר עולמי ולא רק אמריקני?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הלוואות הדיור נמכרו למשקיעים ולבנקים במדינות רבות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הקשרים הפיננסיים העבירו את ההפסדים לכל העולם.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איזו שרשרת מתארת נכון מדבור?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יותר עדרים וכריתה ← צמחייה מתדלדלת ← קרקע נסחפת ← אדמה דומה למדבר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פעולות אדם ובצורת מפשיטות את הקרקע, והיא נסחפת.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נבנה שובר גלים, והזרם לאורך החוף זורם מדרום לצפון. מה צפוי לקרות?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חול יצטבר מדרום לשובר הגלים, והחוף מצפון לו יצטמצם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החול נעצר בצד שממנו מגיע הזרם, והצד השני ״רעב״ לחול.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הקשר בין מדבור להגירה?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בלי קרקע פורייה קשה להתפרנס, ולכן תושבים עוזבים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אובדן הקרקע הוא גם אובדן פרנסה – עוד אבן דומינו.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נקודת מבט מתמקדת בשטחים הפתוחים בדיון על פיתוח?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סביבתית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הנקודה הסביבתית שואלת מה יקרה לטבע ולשטחים הפתוחים.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מדבור הוא תוצאה של גורם אחד בלבד.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מדבור נובע משילוב של בצורת ושל פעולות אדם שמחזקים זה את זה.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פיתוח בחוף אחד יכול להשפיע על חופים במרחק קילומטרים רבים.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הזרם לאורך החוף מעביר את ההשפעה הלאה.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במשבר של 2008 צמצום האשראי פגע גם בעסקים שלא היו קשורים לדיור.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כשבנקים מפסיקים להלוות, עסקים רבים מתקשים לפעול.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הנוף האנושי הולך ומצטמצם בעולם המשתנה.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הנוף האנושי מתרחב, והנוף הטבעי והשטחים הפתוחים מצטמצמים.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משבר 2008 כ״אפקט דומינו״: זהו לפחות חמש חוליות והסבירו מה מקשר כל חוליה לבאה.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הלוואות מסוכנות (בנקים רצו רווח) ← ירידת מחירי דירות והפסקת תשלומים ← קריסת ערך המוצרים הפיננסיים ← הפסדים לבנקים בעולם שקנו אותם ← צמצום הלוואות לעסקים ← פיטורים וירידה בקניות. המקשר: הלוואות והשקעות שחוצות גבולות.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״מדבור הוא אסון טבע.״ הסבירו מדוע הטענה חלקית, ונסחו טענה מדויקת יותר.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הטענה חלקית כי בצורת היא גורם טבעי, אבל רעיית יתר, כריתת עצים ושאיבת מים הן פעולות אדם שמאיצות את התהליך. טענה מדויקת: מדבור הוא תהליך שבו גורמים טבעיים ואנושיים מחזקים זה את זה.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אפקט דומינו כלכלי לבין אפקט דומינו בנוף החוף: מה ״מעביר״ את השינוי בכל אחד?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בכלכלה מעבירים את השינוי קשרים של כסף, הלוואות והשקעות בין מדינות; בחוף מעביר אותו זרם החול לאורך החוף. בשני המקרים פעולה במקום אחד משפיעה על מקום רחוק דרך ״רשת״ משותפת.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אתם יועצים לרשות מקומית שרוצה להקים מרינה (נמל קטן) בחוף עירוני. בנו טבלת נקודות מבט (כלכלית, סביבתית, חברתית), חזו שרשרת שינויים לחוף השכן, והציעו המלצה מנומקת.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כלכלית: תיירות ומקומות עבודה. סביבתית: חסימת זרם החול – הצטברות בצד אחד וסחיפה בחוף השכן, פגיעה בבתי גידול. חברתית: חוף רחצה ציבורי עלול להצטמצם. המלצה: לבנות רק עם תכנון של העברת חול מלאכותית ושמירת חוף ציבורי, או לבחור מיקום שבו הזרם חלש.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חוליה במשבר 2008 שלא הבנתי עד היום... · ההבדל בין גורם טבעי לגורם אנושי במדבור: ... · הייתי ממליץ על פיתוח בשטח פתוח רק אם...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f08a24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באיסלנד קרסו שלושת הבנקים הגדולים בתוך ימים (אוקטובר 2008)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סהרה – המדבר החם הגדול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אבק מהסהרה מגיע עד יערות באמריקה הדרומית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ממיליארד בני אדם חיים באזורים יבשים (ייתכן שהמספר גבוה יותר)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יוזמת ״החומה הירוקה״ לרוחב אפריקה – לנסח בלי שם רשמי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משמעות השם ״סאהל״ – חוף/שוליים בערבית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אפקט הדומינו ונופים משתנים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