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נוף גלובלי ונוף אנושי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נחתתם בעיר רחוקה – והכול נראה מוכר. איך זה קרה?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גלובלי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שנראה אותו דבר בהרבה ערים בעולם.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 זכוכית ושלטים באנגלית בכל עיר גדולה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אנושי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שבני אדם בנו או שינו.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עם בתים, גינה וכביש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טבעי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שהטבע יצר לבד.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מפל מים בתוך יער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פארק מדעי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עם הרבה חברות של מחשבים ומדע.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מבני זכוכית, מעבדות וחניונים באזור תעשייה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רב-לאומית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שעובדת בהרבה מדינות.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רשת מזון מהיר עם סניפים ביבשות רבות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בניינים גבוהים באמצע ונמוכים בצדדים.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מגדלים במרכז העיר ובתים נמוכים בפרברים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צורת הבניינים מול השמיים.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 העיר נראים מהים בשקיעה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תצפית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מסתכלים בשטח ורושמים מה רואים.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ספירת שלטים באנגלית ברחוב הראשי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למה ערים רחוקות נראות דומות?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דמיינו שאתם נוחתים בשדה תעופה רחוק. יש שם שלטים באנגלית. יש חנויות כמו אצלנו. קשה לנחש באיזו מדינה אתם. זה סימן לגלובליזציה.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נוף טבעי ויש נוף אנושי. נוף טבעי הטבע יצר: הרים, נהרות ויערות. נוף אנושי בני אדם בנו: בתים, כבישים ושדות. נוף גלובלי הוא נוף אנושי שנראה אותו דבר בהרבה ערים.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בהרבה ערים יש מגדלי זכוכית גבוהים במרכז. בפרברים הבתים נמוכים. יש קניונים, גשרים ואנטנות. גאוגרף יוצא לתצפית. הוא מסתכל, סופר ורושם.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אזור עם הרבה חברות של מחשבים ומדע.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נוף אנושי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נוף שנראה אותו דבר בהרבה ערים בעולם.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נוף טבעי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נוף שבני אדם בנו או שינו.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פארק מדעי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נוף שהטבע יצר לבד.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חברה רב-לאומית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חברה שעובדת בהרבה מדינות.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תצפית   ·   קו רקיע   ·   מבנה פעמון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ספירת שלטים באנגלית ברחוב הראשי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מגדלי העיר נראים מהים בשקיעה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מגדלים במרכז העיר ובתים נמוכים בפרברים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נוף טבעי?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כביש מהיר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נוף שהטבע יצר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קניון גדול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מגדל זכוכית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איזה מהבאים הוא נוף אנושי?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נהר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יער עתיק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שכונה עם בתים וכבישים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זה נוף גלובלי?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נוף שנראה אותו דבר בהרבה ערים בעולם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נוף שיש רק בכפר אחד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נוף שאין בו בתים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נוף מתחת למים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איפה נמצאים המגדלים הגבוהים בעיר גלובלית?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בשדות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בפרברים הרחוקים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במרכז העיר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על ההרים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עושה גאוגרף בתצפית?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ישן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מסתכל, סופר ורושם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בונה בניין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קונה בחנות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יער הוא נוף אנושי.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בהרבה ערים בעולם יש מגדלי זכוכית דומים.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בשדות תעופה רבים יש שלטים באנגלית.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בפרברים הבניינים הכי גבוהים בעיר.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שני דברים שאתם רואים בדרך לבית הספר: אחד טבעי ואחד אנושי.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טבעי: ... אנושי: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למה לדעתכם יש שלטים באנגלית בהרבה מקומות?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לדעתי...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נוף גלובלי ונוף אנושי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דוגמה לנוף טבעי: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דוגמה לנוף גלובלי: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הייתי רושם בתצפית ברחוב שלי?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נוף גלובלי ונוף אנושי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