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1aa3b8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2: גלובליזציה מעצימה שינויים · חוברת קטנה</w:t>
      </w:r>
    </w:p>
    <w:p>
      <w:pPr>
        <w:pStyle w:val="Title"/>
        <w:bidi w:val="1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נוף גלובלי ונוף אנושי</w:t>
      </w:r>
    </w:p>
    <w:p>
      <w:pPr>
        <w:bidi w:val="1"/>
        <w:spacing w:after="8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🚀 ז׳ רגיל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ld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8"/>
          <w:rtl w:val="1"/>
          <w:bCs/>
          <w:szCs w:val="28"/>
        </w:rPr>
        <w:t>נחתתם בעיר רחוקה – והכול נראה מוכר. איך זה קרה?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גלובלי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אנושי שנראה כמעט אותו דבר בערים רבות בעולם, כי נבנה בהשפעת קשרים כלכליים ותרבותיים בין מדינות.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מגדלי זכוכית ושלטים באנגלית בכל עיר גדולה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אנושי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שבני האדם יצרו או שינו, כמו עיר, כביש, נמל או שדה חקלאי.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שכונה עם בתים, גינה וכביש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טבעי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שנוצר בידי כוחות הטבע, כמעט בלי התערבות של האדם.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מפל מים בתוך יער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פארק מדעי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אזור שבו מרוכזות חברות טכנולוגיה, מעבדות ומשרדים, ובדרך כלל נראה דומה בערים שונות בעולם.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מבני זכוכית, מעבדות וחניונים באזור תעשייה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חברה רב-לאומית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חברה שיש לה סניפים, מפעלים או משרדים בכמה מדינות, והיא פועלת בכל העולם.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רשת מזון מהיר עם סניפים ביבשות רבות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מבנה פעמון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צורת קו הגגות בעיר גלובלית: מגדלים גבוהים במרכז, ובניינים נמוכים יותר ככל שמתרחקים ממנו.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מגדלים במרכז העיר ובתים נמוכים בפרברים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קו רקיע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הקו שנוצר מקצוות הבניינים על רקע השמיים, כשמביטים על העיר מרחוק.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מגדלי העיר נראים מהים בשקיעה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תצפית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כלי מחקר של גאוגרף: התבוננות מתוכננת בשטח, תיעוד, ספירה ורישום, ואחריה שאלות והסברים.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ספירת שלטים באנגלית ברחוב הראשי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כשמקומות רחוקים נראים כמו תאומים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דמיינו שנחתתם בשדה תעופה בארץ רחוקה: אותם שלטים באנגלית, אותם מסועי מזוודות ואותן חנויות רשת. אילו לא ידעתם לאן טסתם, ייתכן שלא הייתם מנחשים באיזו מדינה אתם. התחושה הזאת היא אחד הסימנים הבולטים לגלובליזציה.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גאוגרפים מבחינים בין סוגי נוף. נוף טבעי נוצר בידי הטבע: הרים, נהרות, יערות וחופים. נוף אנושי נבנה או שונה בידי האדם: שדות, כבישים, בתים וערים. בעשורים האחרונים התפתח סוג נוסף של נוף אנושי – נוף גלובלי, שנראה כמעט זהה בערים רבות כי נבנה בהשפעת קשרים כלכליים ותרבותיים בין מדינות.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דוגמה בולטת היא פארקים מדעיים. בעמק הסיליקון בקליפורניה, בבנגלור שבהודו ובהר חוצבים בירושלים יש מבני משרדים מזכוכית, מעבדות, חניונים ומדשאות מטופחות. בפארקים כאלה פועלות חברות רב-לאומיות, וכשחברה פותחת סניף בעיר חדשה היא מביאה איתה עבודה, אבל גם סגנון בנייה, שפה ודרך עבודה.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גם צורת הערים נעשית דומה. המגדלים מרוכזים במרכז, והבניינים נעשים נמוכים ככל שמתרחקים – קו הרקיע יוצר ״מבנה פעמון״. לצד זה נפוצים קניונים, מחלפים, שלטי חוצות ואנטנות. כדי לחקור נוף יוצאים לתצפית ושואלים: מה אני רואה? איפה? למה דווקא כאן? ומה הקשר למקומות אחרים בעולם?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נוף גלובלי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נוף אנושי שנראה כמעט אותו דבר בערים רבות בעולם, כי נבנה בהשפעת קשרים כלכליים ותרבותיים בין מדינות.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נוף אנושי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חברה שיש לה סניפים, מפעלים או משרדים בכמה מדינות, והיא פועלת בכל העולם.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נוף טבעי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נוף שבני האדם יצרו או שינו, כמו עיר, כביש, נמל או שדה חקלאי.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פארק מדעי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נוף שנוצר בידי כוחות הטבע, כמעט בלי התערבות של האדם.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חברה רב-לאומית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צורת קו הגגות בעיר גלובלית: מגדלים גבוהים במרכז, ובניינים נמוכים יותר ככל שמתרחקים ממנו.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מבנה פעמון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ו. אזור שבו מרוכזות חברות טכנולוגיה, מעבדות ומשרדים, ובדרך כלל נראה דומה בערים שונות בעולם.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F6FDE"/>
          <w:sz w:val="23"/>
          <w:rtl w:val="1"/>
          <w:bCs/>
          <w:szCs w:val="23"/>
        </w:rPr>
        <w:t>מחסן מילים: חברה רב-לאומית   ·   תצפית   ·   קו רקיע   ·   מבנה פעמון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ספירת שלטים באנגלית ברחוב הראשי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מגדלי העיר נראים מהים בשקיעה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מגדלים במרכז העיר ובתים נמוכים בפרברים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4. רשת מזון מהיר עם סניפים ביבשות רבות – זו דוגמה ל־______________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ההבדל בין נוף אנושי מקומי לנוף גלובלי?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נוף גלובלי נמצא רק בטבע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נוף מקומי נבנה רק בערים גדולות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נוף גלובלי חוזר ונראה דומה בערים רבות בעולם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אין ביניהם הבדל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מה משותף לעמק הסיליקון, לבנגלור ולהר חוצבים?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כולם פארקים מדעיים עם מבני משרדים ומעבדות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כולם נמצאים באותה מדינה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כולם אזורים חקלאיים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כולם שמורות טבע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מהו ״מבנה פעמון״?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צורה של שדה תעופה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בניינים גבוהים במרכז העיר ונמוכים בשוליים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פעמון בכנסייה במרכז העיר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קניון עגול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מה מביאה חברה רב-לאומית לעיר חדשה מלבד מקומות עבודה?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רק כסף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רק מכוניות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שום דבר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גם סגנון בנייה, שפה ודרך עבודה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איזו שאלה היא ״שאלה של גאוגרף״?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מה הצבע שאני הכי אוהב?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למה המבנה הזה נמצא דווקא כאן?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כמה עולה גלידה?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מי ניצח במשחק?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נוף גלובלי הוא סוג של נוף אנושי.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בפארקים מדעיים פועלות בעיקר חוות חקלאיות.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תצפית היא כלי מחקר שבו מתבוננים ומתעדים בשטח.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שלטים באנגלית מעידים תמיד שהמקום נמצא במדינה דוברת אנגלית.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תכננו תצפית ברחוב מרכזי ביישוב שלכם: מה תספרו ומה תשאלו?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אספור... אשאל...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הסבירו מדוע ערים בארצות שונות נראות דומות זו לזו.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מה היתרון ומה החיסרון של נוף גלובלי לתושבי העיר?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יתרון: ... חיסרון: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🎫 כרטיס יציאה – נוף גלובלי ונוף אנושי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שלושה רכיבים של נוף גלובלי: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ההבדל בין נוף טבעי לאנושי במשפט: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שאלה של גאוגרף שהייתי שואל בתצפית: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נוף גלובלי ונוף אנושי – חוברת תלמיד – ז׳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