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נוף גלובלי ונוף אנושי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נוף גלובלי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נוף אנושי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נוף טבעי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פארק מדעי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חברה רב-לאומית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ספירת שלטים באנגלית ברחוב הראשי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תצפית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מגדלי העיר נראים מהים בשקיעה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רקיע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מגדלים במרכז העיר ובתים נמוכים בפרברים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מבנה פעמון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זה נוף טבעי?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נוף שהטבע יצר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הרים, נהרות ויערות הם נוף שהטבע יצר.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איזה מהבאים הוא נוף אנושי?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שכונה עם בתים וכבישים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את השכונה בנו בני אדם.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זה נוף גלובלי?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נוף שנראה אותו דבר בהרבה ערים בעולם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מגדלים, קניונים ושלטים דומים מופיעים בהרבה ערים.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איפה נמצאים המגדלים הגבוהים בעיר גלובלית?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במרכז העיר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במרכז העיר הבניינים הכי גבוהים.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עושה גאוגרף בתצפית?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מסתכל, סופר ורושם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בתצפית מתבוננים ומתעדים מה רואים.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יער הוא נוף אנושי.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 הוא נוף טבעי, כי הטבע יצר אותו.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בהרבה ערים בעולם יש מגדלי זכוכית דומים.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זה חלק מהנוף הגלובלי.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בשדות תעופה רבים יש שלטים באנגלית.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כך נוסעים מכל העולם מבינים לאן ללכת.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בפרברים הבניינים הכי גבוהים בעיר.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בפרברים הבניינים נמוכים; הגבוהים נמצאים במרכז.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כתבו שני דברים שאתם רואים בדרך לבית הספר: אחד טבעי ואחד אנושי.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טבעי: עץ גדול וגבעה. אנושי: מעבר חצייה ותחנת אוטובוס.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למה לדעתכם יש שלטים באנגלית בהרבה מקומות?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לדעתי יש שלטים באנגלית כי הרבה אנשים מהרבה מדינות מבינים אנגלית, וכך כולם יכולים להתמצא.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דוגמה לנוף טבעי: ... · דוגמה לנוף גלובלי: ... · מה הייתי רושם בתצפית ברחוב שלי?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נוף גלובלי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נוף אנושי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נוף טבעי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פארק מדעי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חברה רב-לאומית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מבנה פעמון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ספירת שלטים באנגלית ברחוב הראשי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תצפית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מגדלי העיר נראים מהים בשקיעה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רקיע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מגדלים במרכז העיר ובתים נמוכים בפרברים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מבנה פעמון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רשת מזון מהיר עם סניפים ביבשות רבות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רב-לאומית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ההבדל בין נוף אנושי מקומי לנוף גלובלי?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נוף גלובלי חוזר ונראה דומה בערים רבות בעולם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מקומי ייחודי למקום; נוף גלובלי חוזר על עצמו בעולם.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משותף לעמק הסיליקון, לבנגלור ולהר חוצבים?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כולם פארקים מדעיים עם מבני משרדים ומעבדות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שלושתם אזורי טכנולוגיה שנראים דומים.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מהו ״מבנה פעמון״?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בניינים גבוהים במרכז העיר ונמוכים בשוליים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הגגות עולה במרכז ויורד בשוליים, כמו פעמון.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מביאה חברה רב-לאומית לעיר חדשה מלבד מקומות עבודה?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גם סגנון בנייה, שפה ודרך עבודה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החברה משנה גם את הנוף ואת התרבות במקום.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איזו שאלה היא ״שאלה של גאוגרף״?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למה המבנה הזה נמצא דווקא כאן?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גאוגרף שואל על מיקום, סיבות וקשרים במרחב.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נוף גלובלי הוא סוג של נוף אנושי.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את הנוף הגלובלי בנו בני אדם.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בפארקים מדעיים פועלות בעיקר חוות חקלאיות.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בפארקים מדעיים פועלות חברות טכנולוגיה, מעבדות ומשרדים.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תצפית היא כלי מחקר שבו מתבוננים ומתעדים בשטח.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מתבוננים, מצלמים, סופרים ורושמים.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שלטים באנגלית מעידים תמיד שהמקום נמצא במדינה דוברת אנגלית.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שלטים באנגלית נפוצים גם במדינות אחרות – זה סימן לגלובליזציה.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תכננו תצפית ברחוב מרכזי ביישוב שלכם: מה תספרו ומה תשאלו?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אספור שלטים באנגלית, חנויות רשת ובניינים מעל עשר קומות. אשאל: למה החנויות מרוכזות כאן? מה מקשר אותן לעולם? מי מרוויח מהן?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מדוע ערים בארצות שונות נראות דומות זו לזו.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חברות רב-לאומיות פותחות סניפים ובונות בסגנון דומה, רשתות חנויות מופיעות בכל מקום, ואדריכלים ומתכננים מושפעים זה מזה בעולם המחובר.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היתרון ומה החיסרון של נוף גלובלי לתושבי העיר?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יתרון: מקומות עבודה, שירותים מוכרים ונוחות לתיירים. חיסרון: העיר מאבדת את הייחוד שלה, וחנויות מקומיות קטנות מתקשות להתחרות.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שלושה רכיבים של נוף גלובלי: ... · ההבדל בין נוף טבעי לאנושי במשפט: ... · שאלה של גאוגרף שהייתי שואל בתצפית: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נוף גלובלי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נוף אנושי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נוף טבעי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פארק מדעי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חברה רב-לאומית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מבנה פעמון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קו רקיע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תצפית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ספירת שלטים באנגלית ברחוב הראשי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תצפית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מגדלי העיר נראים מהים בשקיעה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רקיע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מגדלים במרכז העיר ובתים נמוכים בפרברים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מבנה פעמון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רשת מזון מהיר עם סניפים ביבשות רבות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רב-לאומית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מדוע במרכז העסקים בונים לגובה?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כי הקרקע במרכז יקרה, ומנצלים כל מטר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מחיר קרקע גבוה מעודד בנייה של קומות רבות על שטח קטן.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מבטא הביטוי ״מקומות ללא מקום״?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מרחבים אחידים שאיבדו את הזהות המקומית שלהם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הביקורת היא שהנוף הגלובלי מוחק ייחוד מקומי.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איזה גורם מיקום חשוב לחברות בפארק מדעי?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קרבה לאוניברסיטאות ולכוח אדם מיומן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חברות טכנולוגיה זקוקות לידע ולעובדים מיומנים.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מבדיל נוף אנושי מקומי מנוף גלובלי?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נוף מקומי נושא סימנים של היסטוריה, אקלים וחומרים מקומיים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הנוף המקומי ״מספר״ את סיפור המקום; הגלובלי חוזר בכל מקום.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מהבאים הוא ניתוח ולא רק תיעוד בתצפית?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הסבר מדוע החנויות מרוכזות ליד צומת מרכזי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ניתוח מחפש סיבות וקשרים, לא רק אוסף נתונים.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האחידות בשדות תעופה בעולם היא מקרית לגמרי.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היא תוצאה של קשרים גלובליים, תקנים משותפים וחברות בינלאומיות.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בערים גלובליות רבות גובה הבנייה יורד לכיוון הפרברים.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זה ״מבנה הפעמון״ של קו הרקיע.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חברות רב-לאומיות משפיעות רק על הכלכלה ולא על הנוף.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הן משפיעות גם על סגנון הבנייה, השפה ודרכי העבודה.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תצפית שיטתית מאפשרת להשוות בין מקומות.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שאלות קבועות מאפשרות השוואה בין אזורים.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הסבירו בשרשרת סיבה ותוצאה כיצד הקמת סניף של חברה רב-לאומית משנה נוף של שכונה.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החברה מקימה משרדים ← מגיעים עובדים רבים ← נבנים חניונים, כבישי גישה ובתי קפה ← מחירי הקרקע עולים ← מבנים ישנים מוחלפים במגדלי זכוכית, והנוף נעשה גלובלי.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״הנוף הגלובלי מוחק את זהות המקום.״ התייחסו לטענה מנקודת מבט של תושב ותיק ושל עובד צעיר בפארק המדעי.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התושב הוותיק עשוי לחוש שהשכונה איבדה את אופייה וחנויות מוכרות נסגרו. העובד הצעיר רואה הזדמנויות עבודה, שירותים נוחים וחיבור לעולם. שתי העמדות נכונות חלקית, והאתגר הוא לשלב חדש עם שימור.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שני פארקים מדעיים (בארץ ובעולם): מה דומה בנוף ומה עשוי להיות שונה ולמה?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דומה: מבני זכוכית, חניונים, מדשאות ושלטים באנגלית. שונה: חומרי בנייה מקומיים, האקלים (הצללה בארץ חמה), הטופוגרפיה – למשל בנייה על מדרון בירושלים לעומת עמק שטוח.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ערכו ״מדד גלובליות״ לרחוב ביישובכם: בחרו חמישה מאפיינים (למשל שלטים באנגלית, חנויות רשת, גובה בניינים), ספרו בשני רחובות שונים, השוו בגרף עמודות וכתבו מסקנה מנומקת.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מאפיינים: שלטים באנגלית, חנויות רשת, בניינים מעל 8 קומות, אנטנות, בתי קפה בינלאומיים. רחוב ראשי: ציון גבוה; רחוב שכונתי: נמוך. מסקנה: הגלובליות מתרכזת בצירים מרכזיים נגישים עם תנועה רבה, ופחות בשכונות מגורים.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סיבה אחת לבנייה לגובה במרכז העיר: ... · דוגמה ל״מקום ללא מקום״ שאני מכיר: ... · עמדתי על הנוף הגלובלי במשפט אחד: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הבניין הגבוה בעולם – יותר מ-800 מטר (כ-828 מ׳)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ממאתיים בניינים בעולם גבוהים מ-300 מטר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מספר שדות התעופה המסחריים בעולם (אלפים רבים)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בנגלור מכונה ״עמק הסיליקון של הודו״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הביטוי ״מקומות ללא מקום״ – מושג מהספרות הגאוגרפית; לנסח בלי לייחס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נוף גלובלי ונוף אנושי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