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מדדי גלובליזציה – מי הכי גלובלית?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איך מודדים כמה מדינה מחוברת לעולם – ואיך יודעים שהמספר אמין?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מספר שעוזר להשוות בין מדינות.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אחוז התושבים שמחוברים לאינטרנט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סחר חוץ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קנייה ומכירה בין מדינות.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ישראל מוכרת תרופות וקונה מכוניות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יבוא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שמדינה קונה מחו״ל.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בננות שמגיעות באונייה מארץ רחוקה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יצוא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שמדינה מוכרת לחו״ל.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פרחים שנשלחים במטוס לאירופה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השקעות זרות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כסף מחו״ל שנכנס לעסקים במדינה.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מחו״ל בונה מפעל בעיר שלנו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 משולב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מדדים שחוברו לציון אחד.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ציון כולל שמחבר סחר, אינטרנט ונסיעות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דירוג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רשימה מהמקום הראשון עד האחרון.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במקום הראשון ברשימה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מהימנות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עד כמה אפשר לסמוך על המידע.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נתון עם שנה ומקור ברור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איך מודדים כמה מדינה מחוברת?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לא כל המדינות מחוברות לעולם באותה מידה. בחלק מהמדינות כמעט כולם גולשים באינטרנט. בחלק מהמדינות הרבה פחות. כדי להשוות, משתמשים במדדים. מדד הוא מספר שעוזר להשוות.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מדד אחד הוא סחר. יבוא הוא מה שמדינה קונה מחו״ל. יצוא הוא מה שמדינה מוכרת לחו״ל. מדדים אחרים בודקים כמה אנשים טסים לחו״ל וכמה מחוברים לאינטרנט.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חוקרים מחברים כמה מדדים לציון אחד. אחר כך מסדרים את המדינות ברשימה. לפני שמאמינים למספר, בודקים: מי פרסם אותו? באיזו שנה? מספר בלי מקור הוא כמו שמועה.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מדד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מה שמדינה קונה מחו״ל.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סחר חוץ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כסף מחו״ל שנכנס לעסקים במדינה.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יבוא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קנייה ומכירה בין מדינות.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יצוא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מה שמדינה מוכרת לחו״ל.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השקעות זרות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מספר שעוזר להשוות בין מדינות.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מדד משולב   ·   מהימנות   ·   דירוג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נתון עם שנה ומקור ברור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מדינה במקום הראשון ברשימה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ציון כולל שמחבר סחר, אינטרנט ונסיעות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מדד?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סוג של מפה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מספר שעוזר להשוות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שיר של מדינה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דגל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זה יבוא?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מה שמדינה קונה מחו״ל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מה שמדינה מוכרת לחו״ל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טיול בארץ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סוג של אוכל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זה יצוא?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מה שקונים בסופר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מה שמגיע באונייה אלינו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מה שמדינה מוכרת לחו״ל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מה שזורקים לפח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כדאי לבדוק לפני שמאמינים למספר?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אם הוא גדול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אם הוא צבעוני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אם הוא עגול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מי פרסם אותו ובאיזו שנה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מבין אלה הוא מדד לחיבור לעולם?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כמה ילדים אוהבים גלידה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כמה אנשים מחוברים לאינטרנט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כמה עצים יש בגינה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כמה חתולים יש ברחוב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כל המדינות מחוברות לעולם באותה מידה.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יצוא הוא מה שמדינה מוכרת לחו״ל.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מספר בלי מקור ובלי שנה תמיד נכון.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אפשר לחבר כמה מדדים לציון אחד.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מוצר אחד בבית שלכם שהגיע מחו״ל.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המוצר הוא... והוא הגיע מ...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איך תבדקו אם מספר שקראתם אמין?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אבדוק...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מדדי גלובליזציה – מי הכי גלובלית?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מדד הוא...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דוגמה ליבוא: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שאלה אחת לבדיקת מקור: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מדדי גלובליזציה – מי הכי גלובלית?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